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3427" w14:textId="77777777" w:rsidR="002B43DE" w:rsidRDefault="002B43DE" w:rsidP="002B43DE">
      <w:pPr>
        <w:keepNext/>
        <w:jc w:val="center"/>
        <w:rPr>
          <w:b/>
          <w:color w:val="142B4A"/>
          <w:sz w:val="28"/>
          <w:lang w:val="pl-PL"/>
        </w:rPr>
      </w:pPr>
      <w:r w:rsidRPr="000E3660">
        <w:rPr>
          <w:b/>
          <w:color w:val="142B4A"/>
          <w:sz w:val="28"/>
          <w:lang w:val="pl-PL"/>
        </w:rPr>
        <w:t>SZKOŁA KATECHISTÓW ARCHIDIECEZJI POZNAŃSKIE</w:t>
      </w:r>
      <w:r>
        <w:rPr>
          <w:b/>
          <w:color w:val="142B4A"/>
          <w:sz w:val="28"/>
          <w:lang w:val="pl-PL"/>
        </w:rPr>
        <w:t>J</w:t>
      </w:r>
    </w:p>
    <w:p w14:paraId="1DDA7D0F" w14:textId="77777777" w:rsidR="002B43DE" w:rsidRPr="000E3660" w:rsidRDefault="002B43DE" w:rsidP="002B43DE">
      <w:pPr>
        <w:keepNext/>
        <w:jc w:val="center"/>
        <w:rPr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6"/>
      </w:tblGrid>
      <w:tr w:rsidR="002B43DE" w:rsidRPr="000E3660" w14:paraId="2B1A10DB" w14:textId="77777777" w:rsidTr="006662FF">
        <w:tc>
          <w:tcPr>
            <w:tcW w:w="9746" w:type="dxa"/>
            <w:shd w:val="clear" w:color="auto" w:fill="B78B2C"/>
          </w:tcPr>
          <w:p w14:paraId="61FC6776" w14:textId="77777777" w:rsidR="002B43DE" w:rsidRPr="000E3660" w:rsidRDefault="002B43DE" w:rsidP="006662FF">
            <w:pPr>
              <w:rPr>
                <w:lang w:val="pl-PL"/>
              </w:rPr>
            </w:pPr>
          </w:p>
        </w:tc>
      </w:tr>
    </w:tbl>
    <w:p w14:paraId="2205661F" w14:textId="77777777" w:rsidR="002B43DE" w:rsidRPr="000E3660" w:rsidRDefault="002B43DE" w:rsidP="002B43DE">
      <w:pPr>
        <w:spacing w:after="0"/>
        <w:rPr>
          <w:lang w:val="pl-PL"/>
        </w:rPr>
      </w:pPr>
    </w:p>
    <w:p w14:paraId="442B6E75" w14:textId="77777777" w:rsidR="002B43DE" w:rsidRPr="000E3660" w:rsidRDefault="002B43DE" w:rsidP="002B43DE">
      <w:pPr>
        <w:keepNext/>
        <w:spacing w:before="160" w:after="280"/>
        <w:jc w:val="center"/>
        <w:rPr>
          <w:lang w:val="pl-PL"/>
        </w:rPr>
      </w:pPr>
      <w:r w:rsidRPr="000E3660">
        <w:rPr>
          <w:b/>
          <w:color w:val="142B4A"/>
          <w:sz w:val="26"/>
          <w:lang w:val="pl-PL"/>
        </w:rPr>
        <w:t>OPINIA PROBOSZCZA O KANDYDACIE DO SZKOŁY KATECHISTÓW</w:t>
      </w:r>
    </w:p>
    <w:p w14:paraId="51394503" w14:textId="77777777" w:rsidR="002B43DE" w:rsidRPr="009C4F6F" w:rsidRDefault="002B43DE" w:rsidP="002B43DE">
      <w:pPr>
        <w:keepLines/>
        <w:rPr>
          <w:sz w:val="24"/>
          <w:szCs w:val="24"/>
          <w:lang w:val="pl-PL"/>
        </w:rPr>
      </w:pPr>
      <w:r w:rsidRPr="009C4F6F">
        <w:rPr>
          <w:b/>
          <w:sz w:val="24"/>
          <w:szCs w:val="24"/>
          <w:lang w:val="pl-PL"/>
        </w:rPr>
        <w:t xml:space="preserve">Parafia: </w:t>
      </w:r>
      <w:r w:rsidRPr="009C4F6F">
        <w:rPr>
          <w:sz w:val="24"/>
          <w:szCs w:val="24"/>
          <w:lang w:val="pl-PL"/>
        </w:rPr>
        <w:t>........................................................................................................</w:t>
      </w:r>
      <w:r>
        <w:rPr>
          <w:sz w:val="24"/>
          <w:szCs w:val="24"/>
          <w:lang w:val="pl-PL"/>
        </w:rPr>
        <w:t>.....................</w:t>
      </w:r>
    </w:p>
    <w:p w14:paraId="1D195B02" w14:textId="77777777" w:rsidR="002B43DE" w:rsidRPr="009C4F6F" w:rsidRDefault="002B43DE" w:rsidP="002B43DE">
      <w:pPr>
        <w:keepLines/>
        <w:rPr>
          <w:sz w:val="24"/>
          <w:szCs w:val="24"/>
          <w:lang w:val="pl-PL"/>
        </w:rPr>
      </w:pPr>
      <w:r w:rsidRPr="009C4F6F">
        <w:rPr>
          <w:b/>
          <w:sz w:val="24"/>
          <w:szCs w:val="24"/>
          <w:lang w:val="pl-PL"/>
        </w:rPr>
        <w:t xml:space="preserve">Miejscowość i data: </w:t>
      </w:r>
      <w:r w:rsidRPr="009C4F6F">
        <w:rPr>
          <w:sz w:val="24"/>
          <w:szCs w:val="24"/>
          <w:lang w:val="pl-PL"/>
        </w:rPr>
        <w:t>........................................................................................................</w:t>
      </w:r>
    </w:p>
    <w:p w14:paraId="70C52A2D" w14:textId="77777777" w:rsidR="002B43DE" w:rsidRPr="009C4F6F" w:rsidRDefault="002B43DE" w:rsidP="002B43DE">
      <w:pPr>
        <w:keepLines/>
        <w:spacing w:before="240"/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t xml:space="preserve">Niniejszym wyrażam zgodę na udział Pani/Pana </w:t>
      </w:r>
      <w:r w:rsidRPr="009C4F6F">
        <w:rPr>
          <w:b/>
          <w:sz w:val="24"/>
          <w:szCs w:val="24"/>
          <w:lang w:val="pl-PL"/>
        </w:rPr>
        <w:t>............................................................</w:t>
      </w:r>
      <w:r w:rsidRPr="009C4F6F">
        <w:rPr>
          <w:sz w:val="24"/>
          <w:szCs w:val="24"/>
          <w:lang w:val="pl-PL"/>
        </w:rPr>
        <w:t xml:space="preserve"> w formacji prowadzonej przez Szkołę Katechistów Archidiecezji Poznańskiej i pozytywnie opiniuję jej/jego kandydaturę.</w:t>
      </w:r>
    </w:p>
    <w:p w14:paraId="56EFE101" w14:textId="77777777" w:rsidR="002B43DE" w:rsidRPr="009C4F6F" w:rsidRDefault="002B43DE" w:rsidP="002B43DE">
      <w:pPr>
        <w:keepLines/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t>W mojej ocenie kandydatka/kandydat posiada predyspozycje do podjęcia formacji i dalszej współpracy w katechezie dorosłych w parafii.</w:t>
      </w:r>
    </w:p>
    <w:p w14:paraId="4B97C97D" w14:textId="77777777" w:rsidR="002B43DE" w:rsidRPr="009C4F6F" w:rsidRDefault="002B43DE" w:rsidP="002B43DE">
      <w:pPr>
        <w:keepNext/>
        <w:spacing w:before="200"/>
        <w:rPr>
          <w:sz w:val="24"/>
          <w:szCs w:val="24"/>
          <w:lang w:val="pl-PL"/>
        </w:rPr>
      </w:pPr>
      <w:r w:rsidRPr="009C4F6F">
        <w:rPr>
          <w:b/>
          <w:sz w:val="24"/>
          <w:szCs w:val="24"/>
          <w:lang w:val="pl-PL"/>
        </w:rPr>
        <w:t>Uwagi / przewidywany obszar zaangażowania:</w:t>
      </w:r>
    </w:p>
    <w:p w14:paraId="1919B05B" w14:textId="77777777" w:rsidR="002B43DE" w:rsidRPr="009C4F6F" w:rsidRDefault="002B43DE" w:rsidP="002B43DE">
      <w:pPr>
        <w:spacing w:after="100"/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t>................................................................................................................................................</w:t>
      </w:r>
    </w:p>
    <w:p w14:paraId="098F54C6" w14:textId="77777777" w:rsidR="002B43DE" w:rsidRPr="009C4F6F" w:rsidRDefault="002B43DE" w:rsidP="002B43DE">
      <w:pPr>
        <w:spacing w:after="100"/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t>................................................................................................................................................</w:t>
      </w:r>
    </w:p>
    <w:p w14:paraId="5AB3EEDE" w14:textId="77777777" w:rsidR="002B43DE" w:rsidRPr="009C4F6F" w:rsidRDefault="002B43DE" w:rsidP="002B43DE">
      <w:pPr>
        <w:spacing w:after="100"/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t>................................................................................................................................................</w:t>
      </w:r>
    </w:p>
    <w:p w14:paraId="43DFAAAB" w14:textId="77777777" w:rsidR="002B43DE" w:rsidRPr="009C4F6F" w:rsidRDefault="002B43DE" w:rsidP="002B43DE">
      <w:pPr>
        <w:spacing w:after="100"/>
        <w:rPr>
          <w:sz w:val="24"/>
          <w:szCs w:val="24"/>
          <w:lang w:val="pl-PL"/>
        </w:rPr>
      </w:pPr>
      <w:r w:rsidRPr="009C4F6F">
        <w:rPr>
          <w:sz w:val="24"/>
          <w:szCs w:val="24"/>
          <w:lang w:val="pl-PL"/>
        </w:rPr>
        <w:t>................................................................................................................................................</w:t>
      </w:r>
    </w:p>
    <w:p w14:paraId="76A32ACC" w14:textId="77777777" w:rsidR="002B43DE" w:rsidRPr="009C4F6F" w:rsidRDefault="002B43DE" w:rsidP="002B43DE">
      <w:pPr>
        <w:spacing w:before="440"/>
        <w:jc w:val="right"/>
        <w:rPr>
          <w:sz w:val="24"/>
          <w:szCs w:val="24"/>
          <w:lang w:val="pl-PL"/>
        </w:rPr>
      </w:pPr>
      <w:r w:rsidRPr="009C4F6F">
        <w:rPr>
          <w:szCs w:val="24"/>
          <w:lang w:val="pl-PL"/>
        </w:rPr>
        <w:t>............................................................</w:t>
      </w:r>
    </w:p>
    <w:p w14:paraId="6CADDBA7" w14:textId="77777777" w:rsidR="002B43DE" w:rsidRPr="009C4F6F" w:rsidRDefault="002B43DE" w:rsidP="002B43DE">
      <w:pPr>
        <w:spacing w:after="0"/>
        <w:jc w:val="right"/>
        <w:rPr>
          <w:sz w:val="24"/>
          <w:szCs w:val="24"/>
          <w:lang w:val="pl-PL"/>
        </w:rPr>
      </w:pPr>
      <w:r w:rsidRPr="009C4F6F">
        <w:rPr>
          <w:color w:val="5F5F5F"/>
          <w:sz w:val="20"/>
          <w:szCs w:val="24"/>
          <w:lang w:val="pl-PL"/>
        </w:rPr>
        <w:t>podpis proboszcza i pieczęć parafii</w:t>
      </w:r>
    </w:p>
    <w:p w14:paraId="02D432FC" w14:textId="1C08B5D7" w:rsidR="00232B81" w:rsidRPr="002B43DE" w:rsidRDefault="00232B81" w:rsidP="002B43DE">
      <w:pPr>
        <w:rPr>
          <w:sz w:val="24"/>
          <w:szCs w:val="24"/>
          <w:lang w:val="pl-PL"/>
        </w:rPr>
      </w:pPr>
    </w:p>
    <w:sectPr w:rsidR="00232B81" w:rsidRPr="002B43DE" w:rsidSect="00034616">
      <w:footerReference w:type="default" r:id="rId8"/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44C06" w14:textId="77777777" w:rsidR="00070819" w:rsidRDefault="00070819">
      <w:pPr>
        <w:spacing w:after="0" w:line="240" w:lineRule="auto"/>
      </w:pPr>
      <w:r>
        <w:separator/>
      </w:r>
    </w:p>
  </w:endnote>
  <w:endnote w:type="continuationSeparator" w:id="0">
    <w:p w14:paraId="5252A552" w14:textId="77777777" w:rsidR="00070819" w:rsidRDefault="00070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C62B" w14:textId="77777777" w:rsidR="00232B81" w:rsidRPr="00D4141E" w:rsidRDefault="00070819">
    <w:pPr>
      <w:pStyle w:val="Stopka"/>
      <w:jc w:val="center"/>
      <w:rPr>
        <w:lang w:val="pl-PL"/>
      </w:rPr>
    </w:pPr>
    <w:r w:rsidRPr="00D4141E">
      <w:rPr>
        <w:color w:val="828282"/>
        <w:sz w:val="16"/>
        <w:lang w:val="pl-PL"/>
      </w:rPr>
      <w:t>Wzór roboczy – do zatwierdzenia przed publikacją jako oficjalny formularz.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DE66B" w14:textId="77777777" w:rsidR="00070819" w:rsidRDefault="00070819">
      <w:pPr>
        <w:spacing w:after="0" w:line="240" w:lineRule="auto"/>
      </w:pPr>
      <w:r>
        <w:separator/>
      </w:r>
    </w:p>
  </w:footnote>
  <w:footnote w:type="continuationSeparator" w:id="0">
    <w:p w14:paraId="31E4D54C" w14:textId="77777777" w:rsidR="00070819" w:rsidRDefault="00070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0106762">
    <w:abstractNumId w:val="8"/>
  </w:num>
  <w:num w:numId="2" w16cid:durableId="1700668467">
    <w:abstractNumId w:val="6"/>
  </w:num>
  <w:num w:numId="3" w16cid:durableId="558978455">
    <w:abstractNumId w:val="5"/>
  </w:num>
  <w:num w:numId="4" w16cid:durableId="983434478">
    <w:abstractNumId w:val="4"/>
  </w:num>
  <w:num w:numId="5" w16cid:durableId="1779444206">
    <w:abstractNumId w:val="7"/>
  </w:num>
  <w:num w:numId="6" w16cid:durableId="1189366696">
    <w:abstractNumId w:val="3"/>
  </w:num>
  <w:num w:numId="7" w16cid:durableId="1485704153">
    <w:abstractNumId w:val="2"/>
  </w:num>
  <w:num w:numId="8" w16cid:durableId="827551975">
    <w:abstractNumId w:val="1"/>
  </w:num>
  <w:num w:numId="9" w16cid:durableId="160137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819"/>
    <w:rsid w:val="0015074B"/>
    <w:rsid w:val="00232B81"/>
    <w:rsid w:val="0029639D"/>
    <w:rsid w:val="002B43DE"/>
    <w:rsid w:val="00326F90"/>
    <w:rsid w:val="00AA1D8D"/>
    <w:rsid w:val="00B47730"/>
    <w:rsid w:val="00B93BB0"/>
    <w:rsid w:val="00CB0664"/>
    <w:rsid w:val="00D414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B6B621E2-8E59-458C-8F8A-B19DF7B2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4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Wieradzka-Pilarczyk</cp:lastModifiedBy>
  <cp:revision>3</cp:revision>
  <dcterms:created xsi:type="dcterms:W3CDTF">2013-12-23T23:15:00Z</dcterms:created>
  <dcterms:modified xsi:type="dcterms:W3CDTF">2026-09-07T10:12:00Z</dcterms:modified>
  <cp:category/>
</cp:coreProperties>
</file>