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0AC0" w14:textId="77777777" w:rsidR="00FA0426" w:rsidRPr="000E3660" w:rsidRDefault="00FA0426" w:rsidP="00FA0426">
      <w:pPr>
        <w:keepNext/>
        <w:jc w:val="center"/>
        <w:rPr>
          <w:lang w:val="pl-PL"/>
        </w:rPr>
      </w:pPr>
      <w:r w:rsidRPr="000E3660">
        <w:rPr>
          <w:b/>
          <w:color w:val="142B4A"/>
          <w:sz w:val="28"/>
          <w:lang w:val="pl-PL"/>
        </w:rPr>
        <w:t>SZKOŁA KATECHISTÓW ARCHIDIECEZJI POZNAŃSKIEJ</w:t>
      </w:r>
    </w:p>
    <w:p w14:paraId="46C9531F" w14:textId="77777777" w:rsidR="00FA0426" w:rsidRPr="000E3660" w:rsidRDefault="00FA0426" w:rsidP="00FA0426">
      <w:pPr>
        <w:keepNext/>
        <w:spacing w:after="80"/>
        <w:jc w:val="center"/>
        <w:rPr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FA0426" w:rsidRPr="000E3660" w14:paraId="2E4E31B8" w14:textId="77777777" w:rsidTr="006662FF">
        <w:tc>
          <w:tcPr>
            <w:tcW w:w="9746" w:type="dxa"/>
            <w:shd w:val="clear" w:color="auto" w:fill="B78B2C"/>
          </w:tcPr>
          <w:p w14:paraId="3486B157" w14:textId="77777777" w:rsidR="00FA0426" w:rsidRPr="000E3660" w:rsidRDefault="00FA0426" w:rsidP="006662FF">
            <w:pPr>
              <w:rPr>
                <w:lang w:val="pl-PL"/>
              </w:rPr>
            </w:pPr>
          </w:p>
        </w:tc>
      </w:tr>
    </w:tbl>
    <w:p w14:paraId="08D634E4" w14:textId="77777777" w:rsidR="00FA0426" w:rsidRPr="000E3660" w:rsidRDefault="00FA0426" w:rsidP="00FA0426">
      <w:pPr>
        <w:spacing w:after="0"/>
        <w:rPr>
          <w:lang w:val="pl-PL"/>
        </w:rPr>
      </w:pPr>
    </w:p>
    <w:p w14:paraId="1CB7C887" w14:textId="77777777" w:rsidR="00FA0426" w:rsidRPr="000E3660" w:rsidRDefault="00FA0426" w:rsidP="00FA0426">
      <w:pPr>
        <w:keepNext/>
        <w:spacing w:before="160" w:after="280"/>
        <w:jc w:val="center"/>
        <w:rPr>
          <w:lang w:val="pl-PL"/>
        </w:rPr>
      </w:pPr>
      <w:r w:rsidRPr="000E3660">
        <w:rPr>
          <w:b/>
          <w:color w:val="142B4A"/>
          <w:sz w:val="26"/>
          <w:lang w:val="pl-PL"/>
        </w:rPr>
        <w:t>PROŚBA O PRZEDŁUŻENIE MISJI KANONICZNEJ</w:t>
      </w:r>
    </w:p>
    <w:p w14:paraId="51949146" w14:textId="77777777" w:rsidR="00FA0426" w:rsidRDefault="00FA0426" w:rsidP="00FA0426">
      <w:pPr>
        <w:keepLines/>
        <w:spacing w:before="160" w:line="276" w:lineRule="auto"/>
        <w:ind w:firstLine="720"/>
        <w:jc w:val="both"/>
        <w:rPr>
          <w:sz w:val="24"/>
          <w:szCs w:val="24"/>
          <w:lang w:val="pl-PL"/>
        </w:rPr>
      </w:pPr>
      <w:r w:rsidRPr="000E3660">
        <w:rPr>
          <w:sz w:val="24"/>
          <w:szCs w:val="24"/>
          <w:lang w:val="pl-PL"/>
        </w:rPr>
        <w:t xml:space="preserve">Zwracam się z uprzejmą prośbą o przedłużenie misji katechiście/katechistce </w:t>
      </w:r>
      <w:r w:rsidRPr="000E3660">
        <w:rPr>
          <w:b/>
          <w:sz w:val="24"/>
          <w:szCs w:val="24"/>
          <w:lang w:val="pl-PL"/>
        </w:rPr>
        <w:t>..................................................................................................................................................</w:t>
      </w:r>
      <w:r w:rsidRPr="000E3660">
        <w:rPr>
          <w:sz w:val="24"/>
          <w:szCs w:val="24"/>
          <w:lang w:val="pl-PL"/>
        </w:rPr>
        <w:t xml:space="preserve"> do prowadzenia katechez dla dorosłych w parafii</w:t>
      </w:r>
      <w:r>
        <w:rPr>
          <w:sz w:val="24"/>
          <w:szCs w:val="24"/>
          <w:lang w:val="pl-PL"/>
        </w:rPr>
        <w:t xml:space="preserve"> </w:t>
      </w:r>
    </w:p>
    <w:p w14:paraId="4B96070A" w14:textId="77777777" w:rsidR="00FA0426" w:rsidRPr="000E3660" w:rsidRDefault="00FA0426" w:rsidP="00FA0426">
      <w:pPr>
        <w:keepLines/>
        <w:spacing w:before="160" w:line="276" w:lineRule="auto"/>
        <w:jc w:val="both"/>
        <w:rPr>
          <w:sz w:val="24"/>
          <w:szCs w:val="24"/>
          <w:lang w:val="pl-PL"/>
        </w:rPr>
      </w:pPr>
      <w:r w:rsidRPr="000E3660">
        <w:rPr>
          <w:b/>
          <w:sz w:val="24"/>
          <w:szCs w:val="24"/>
          <w:lang w:val="pl-PL"/>
        </w:rPr>
        <w:t>................................................................................</w:t>
      </w:r>
      <w:r>
        <w:rPr>
          <w:b/>
          <w:sz w:val="24"/>
          <w:szCs w:val="24"/>
          <w:lang w:val="pl-PL"/>
        </w:rPr>
        <w:t>.................................................................</w:t>
      </w:r>
    </w:p>
    <w:p w14:paraId="5598F7F4" w14:textId="77777777" w:rsidR="00FA0426" w:rsidRPr="000E3660" w:rsidRDefault="00FA0426" w:rsidP="00FA0426">
      <w:pPr>
        <w:keepLines/>
        <w:spacing w:line="360" w:lineRule="auto"/>
        <w:ind w:firstLine="720"/>
        <w:jc w:val="both"/>
        <w:rPr>
          <w:sz w:val="24"/>
          <w:szCs w:val="24"/>
          <w:lang w:val="pl-PL"/>
        </w:rPr>
      </w:pPr>
      <w:r w:rsidRPr="000E3660">
        <w:rPr>
          <w:sz w:val="24"/>
          <w:szCs w:val="24"/>
          <w:lang w:val="pl-PL"/>
        </w:rPr>
        <w:t>Katechista/katechistka podejmuje posługę w parafii i kontynuuje formację stałą zgodnie z wymaganiami Szkoły Katechistów.</w:t>
      </w:r>
    </w:p>
    <w:p w14:paraId="686D2601" w14:textId="77777777" w:rsidR="00FA0426" w:rsidRPr="000E3660" w:rsidRDefault="00FA0426" w:rsidP="00FA0426">
      <w:pPr>
        <w:keepLines/>
        <w:spacing w:line="276" w:lineRule="auto"/>
        <w:jc w:val="both"/>
        <w:rPr>
          <w:sz w:val="24"/>
          <w:szCs w:val="24"/>
          <w:lang w:val="pl-PL"/>
        </w:rPr>
      </w:pPr>
      <w:r w:rsidRPr="000E3660">
        <w:rPr>
          <w:b/>
          <w:sz w:val="24"/>
          <w:szCs w:val="24"/>
          <w:lang w:val="pl-PL"/>
        </w:rPr>
        <w:t xml:space="preserve">Parafia: </w:t>
      </w:r>
      <w:r w:rsidRPr="000E3660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3E57D073" w14:textId="65911066" w:rsidR="00FA0426" w:rsidRPr="000E3660" w:rsidRDefault="00FA0426" w:rsidP="00FA0426">
      <w:pPr>
        <w:keepLines/>
        <w:spacing w:line="276" w:lineRule="auto"/>
        <w:rPr>
          <w:sz w:val="24"/>
          <w:szCs w:val="24"/>
          <w:lang w:val="pl-PL"/>
        </w:rPr>
      </w:pPr>
      <w:r w:rsidRPr="000E3660">
        <w:rPr>
          <w:b/>
          <w:sz w:val="24"/>
          <w:szCs w:val="24"/>
          <w:lang w:val="pl-PL"/>
        </w:rPr>
        <w:t xml:space="preserve">Miejscowość i data: </w:t>
      </w:r>
      <w:r w:rsidRPr="000E3660">
        <w:rPr>
          <w:sz w:val="24"/>
          <w:szCs w:val="24"/>
          <w:lang w:val="pl-PL"/>
        </w:rPr>
        <w:t>...........................................................................................................................</w:t>
      </w:r>
      <w:r>
        <w:rPr>
          <w:sz w:val="24"/>
          <w:szCs w:val="24"/>
          <w:lang w:val="pl-PL"/>
        </w:rPr>
        <w:t>.....................</w:t>
      </w:r>
    </w:p>
    <w:p w14:paraId="49E4AEAF" w14:textId="77777777" w:rsidR="00FA0426" w:rsidRPr="000E3660" w:rsidRDefault="00FA0426" w:rsidP="00FA0426">
      <w:pPr>
        <w:spacing w:before="440"/>
        <w:jc w:val="right"/>
        <w:rPr>
          <w:lang w:val="pl-PL"/>
        </w:rPr>
      </w:pPr>
      <w:r w:rsidRPr="000E3660">
        <w:rPr>
          <w:sz w:val="21"/>
          <w:lang w:val="pl-PL"/>
        </w:rPr>
        <w:t>............................................................</w:t>
      </w:r>
    </w:p>
    <w:p w14:paraId="650E406B" w14:textId="77777777" w:rsidR="00FA0426" w:rsidRPr="000E3660" w:rsidRDefault="00FA0426" w:rsidP="00FA0426">
      <w:pPr>
        <w:spacing w:after="0"/>
        <w:jc w:val="right"/>
        <w:rPr>
          <w:lang w:val="pl-PL"/>
        </w:rPr>
      </w:pPr>
      <w:r w:rsidRPr="000E3660">
        <w:rPr>
          <w:color w:val="5F5F5F"/>
          <w:sz w:val="19"/>
          <w:lang w:val="pl-PL"/>
        </w:rPr>
        <w:t>podpis proboszcza i pieczęć parafii</w:t>
      </w:r>
    </w:p>
    <w:p w14:paraId="149D69E2" w14:textId="37AC8611" w:rsidR="008D046C" w:rsidRPr="00FA0426" w:rsidRDefault="008D046C" w:rsidP="00FA0426">
      <w:pPr>
        <w:rPr>
          <w:lang w:val="pl-PL"/>
        </w:rPr>
      </w:pPr>
    </w:p>
    <w:sectPr w:rsidR="008D046C" w:rsidRPr="00FA0426" w:rsidSect="00034616">
      <w:footerReference w:type="default" r:id="rId8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EF5C" w14:textId="77777777" w:rsidR="005227D8" w:rsidRDefault="005227D8">
      <w:pPr>
        <w:spacing w:after="0" w:line="240" w:lineRule="auto"/>
      </w:pPr>
      <w:r>
        <w:separator/>
      </w:r>
    </w:p>
  </w:endnote>
  <w:endnote w:type="continuationSeparator" w:id="0">
    <w:p w14:paraId="39AE05A7" w14:textId="77777777" w:rsidR="005227D8" w:rsidRDefault="0052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C6B9" w14:textId="5F6A1FFF" w:rsidR="008D046C" w:rsidRPr="00FA0426" w:rsidRDefault="008D046C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756EA" w14:textId="77777777" w:rsidR="005227D8" w:rsidRDefault="005227D8">
      <w:pPr>
        <w:spacing w:after="0" w:line="240" w:lineRule="auto"/>
      </w:pPr>
      <w:r>
        <w:separator/>
      </w:r>
    </w:p>
  </w:footnote>
  <w:footnote w:type="continuationSeparator" w:id="0">
    <w:p w14:paraId="266FC7A2" w14:textId="77777777" w:rsidR="005227D8" w:rsidRDefault="00522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903441">
    <w:abstractNumId w:val="8"/>
  </w:num>
  <w:num w:numId="2" w16cid:durableId="2058772544">
    <w:abstractNumId w:val="6"/>
  </w:num>
  <w:num w:numId="3" w16cid:durableId="725690898">
    <w:abstractNumId w:val="5"/>
  </w:num>
  <w:num w:numId="4" w16cid:durableId="1675843742">
    <w:abstractNumId w:val="4"/>
  </w:num>
  <w:num w:numId="5" w16cid:durableId="1189222675">
    <w:abstractNumId w:val="7"/>
  </w:num>
  <w:num w:numId="6" w16cid:durableId="303895823">
    <w:abstractNumId w:val="3"/>
  </w:num>
  <w:num w:numId="7" w16cid:durableId="1348404194">
    <w:abstractNumId w:val="2"/>
  </w:num>
  <w:num w:numId="8" w16cid:durableId="924655957">
    <w:abstractNumId w:val="1"/>
  </w:num>
  <w:num w:numId="9" w16cid:durableId="35234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27D8"/>
    <w:rsid w:val="008D046C"/>
    <w:rsid w:val="00AA1D8D"/>
    <w:rsid w:val="00B47730"/>
    <w:rsid w:val="00B93BB0"/>
    <w:rsid w:val="00CB0664"/>
    <w:rsid w:val="00FA04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6B621E2-8E59-458C-8F8A-B19DF7B2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4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Wieradzka-Pilarczyk</cp:lastModifiedBy>
  <cp:revision>2</cp:revision>
  <dcterms:created xsi:type="dcterms:W3CDTF">2013-12-23T23:15:00Z</dcterms:created>
  <dcterms:modified xsi:type="dcterms:W3CDTF">2026-09-07T10:14:00Z</dcterms:modified>
  <cp:category/>
</cp:coreProperties>
</file>