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178C" w14:textId="77777777" w:rsidR="00BC2B5F" w:rsidRPr="000E3660" w:rsidRDefault="00BC2B5F" w:rsidP="00BC2B5F">
      <w:pPr>
        <w:keepNext/>
        <w:jc w:val="center"/>
        <w:rPr>
          <w:lang w:val="pl-PL"/>
        </w:rPr>
      </w:pPr>
      <w:r w:rsidRPr="000E3660">
        <w:rPr>
          <w:b/>
          <w:color w:val="142B4A"/>
          <w:sz w:val="28"/>
          <w:lang w:val="pl-PL"/>
        </w:rPr>
        <w:t>SZKOŁA KATECHISTÓW ARCHIDIECEZJI POZNAŃSKIEJ</w:t>
      </w:r>
    </w:p>
    <w:p w14:paraId="09B51960" w14:textId="77777777" w:rsidR="00BC2B5F" w:rsidRPr="000E3660" w:rsidRDefault="00BC2B5F" w:rsidP="00BC2B5F">
      <w:pPr>
        <w:keepNext/>
        <w:spacing w:after="80"/>
        <w:jc w:val="center"/>
        <w:rPr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6"/>
      </w:tblGrid>
      <w:tr w:rsidR="00BC2B5F" w:rsidRPr="000E3660" w14:paraId="70E3E3FF" w14:textId="77777777" w:rsidTr="006662FF">
        <w:tc>
          <w:tcPr>
            <w:tcW w:w="9746" w:type="dxa"/>
            <w:shd w:val="clear" w:color="auto" w:fill="B78B2C"/>
          </w:tcPr>
          <w:p w14:paraId="039B1E3E" w14:textId="77777777" w:rsidR="00BC2B5F" w:rsidRPr="000E3660" w:rsidRDefault="00BC2B5F" w:rsidP="006662FF">
            <w:pPr>
              <w:rPr>
                <w:lang w:val="pl-PL"/>
              </w:rPr>
            </w:pPr>
          </w:p>
        </w:tc>
      </w:tr>
    </w:tbl>
    <w:p w14:paraId="71AEA5AB" w14:textId="77777777" w:rsidR="00BC2B5F" w:rsidRPr="000E3660" w:rsidRDefault="00BC2B5F" w:rsidP="00BC2B5F">
      <w:pPr>
        <w:spacing w:after="0"/>
        <w:rPr>
          <w:lang w:val="pl-PL"/>
        </w:rPr>
      </w:pPr>
    </w:p>
    <w:p w14:paraId="54169106" w14:textId="77777777" w:rsidR="00BC2B5F" w:rsidRPr="000E3660" w:rsidRDefault="00BC2B5F" w:rsidP="00BC2B5F">
      <w:pPr>
        <w:keepNext/>
        <w:spacing w:before="160" w:after="280"/>
        <w:jc w:val="center"/>
        <w:rPr>
          <w:lang w:val="pl-PL"/>
        </w:rPr>
      </w:pPr>
      <w:r w:rsidRPr="000E3660">
        <w:rPr>
          <w:b/>
          <w:color w:val="142B4A"/>
          <w:sz w:val="26"/>
          <w:lang w:val="pl-PL"/>
        </w:rPr>
        <w:t>PROŚBA O UDZIELENIE MISJI KANONICZNEJ</w:t>
      </w:r>
    </w:p>
    <w:p w14:paraId="00C66F6C" w14:textId="77777777" w:rsidR="00BC2B5F" w:rsidRPr="009B5FE1" w:rsidRDefault="00BC2B5F" w:rsidP="00BC2B5F">
      <w:pPr>
        <w:keepLines/>
        <w:spacing w:before="120"/>
        <w:jc w:val="right"/>
        <w:rPr>
          <w:sz w:val="24"/>
          <w:szCs w:val="24"/>
          <w:lang w:val="pl-PL"/>
        </w:rPr>
      </w:pPr>
      <w:r w:rsidRPr="009B5FE1">
        <w:rPr>
          <w:b/>
          <w:sz w:val="24"/>
          <w:szCs w:val="24"/>
          <w:lang w:val="pl-PL"/>
        </w:rPr>
        <w:t>Do Jego Ekscelencji</w:t>
      </w:r>
      <w:r w:rsidRPr="009B5FE1">
        <w:rPr>
          <w:sz w:val="24"/>
          <w:szCs w:val="24"/>
          <w:lang w:val="pl-PL"/>
        </w:rPr>
        <w:br/>
      </w:r>
      <w:r w:rsidRPr="009B5FE1">
        <w:rPr>
          <w:b/>
          <w:sz w:val="24"/>
          <w:szCs w:val="24"/>
          <w:lang w:val="pl-PL"/>
        </w:rPr>
        <w:t>Księdza Arcybiskupa Metropolity Poznańskiego</w:t>
      </w:r>
    </w:p>
    <w:p w14:paraId="57AD2659" w14:textId="77777777" w:rsidR="00BC2B5F" w:rsidRPr="009B5FE1" w:rsidRDefault="00BC2B5F" w:rsidP="00BC2B5F">
      <w:pPr>
        <w:keepLines/>
        <w:spacing w:before="280"/>
        <w:rPr>
          <w:sz w:val="24"/>
          <w:szCs w:val="24"/>
          <w:lang w:val="pl-PL"/>
        </w:rPr>
      </w:pPr>
    </w:p>
    <w:p w14:paraId="28A5134E" w14:textId="77777777" w:rsidR="00BC2B5F" w:rsidRPr="009B5FE1" w:rsidRDefault="00BC2B5F" w:rsidP="00BC2B5F">
      <w:pPr>
        <w:keepLines/>
        <w:spacing w:before="280" w:line="360" w:lineRule="auto"/>
        <w:ind w:firstLine="720"/>
        <w:jc w:val="both"/>
        <w:rPr>
          <w:sz w:val="24"/>
          <w:szCs w:val="24"/>
          <w:lang w:val="pl-PL"/>
        </w:rPr>
      </w:pPr>
      <w:r w:rsidRPr="009B5FE1">
        <w:rPr>
          <w:sz w:val="24"/>
          <w:szCs w:val="24"/>
          <w:lang w:val="pl-PL"/>
        </w:rPr>
        <w:t xml:space="preserve">Zwracam się z uprzejmą prośbą o udzielenie misji kanonicznej Pani/Panu </w:t>
      </w:r>
      <w:r w:rsidRPr="009B5FE1">
        <w:rPr>
          <w:b/>
          <w:sz w:val="24"/>
          <w:szCs w:val="24"/>
          <w:lang w:val="pl-PL"/>
        </w:rPr>
        <w:t>..................................................................................................................................................</w:t>
      </w:r>
      <w:r w:rsidRPr="009B5FE1">
        <w:rPr>
          <w:sz w:val="24"/>
          <w:szCs w:val="24"/>
          <w:lang w:val="pl-PL"/>
        </w:rPr>
        <w:br/>
        <w:t>kandydatowi/ kandydatce Szkoły Katechistów Archidiecezji Poznańskiej, do prowadzenia katechezy dla dorosłych w parafii</w:t>
      </w:r>
      <w:r>
        <w:rPr>
          <w:sz w:val="24"/>
          <w:szCs w:val="24"/>
          <w:lang w:val="pl-PL"/>
        </w:rPr>
        <w:t xml:space="preserve"> </w:t>
      </w:r>
      <w:r w:rsidRPr="009B5FE1">
        <w:rPr>
          <w:b/>
          <w:sz w:val="24"/>
          <w:szCs w:val="24"/>
          <w:lang w:val="pl-PL"/>
        </w:rPr>
        <w:t>.....................................................................................</w:t>
      </w:r>
      <w:r>
        <w:rPr>
          <w:b/>
          <w:sz w:val="24"/>
          <w:szCs w:val="24"/>
          <w:lang w:val="pl-PL"/>
        </w:rPr>
        <w:t>.......</w:t>
      </w:r>
    </w:p>
    <w:p w14:paraId="5FE256A6" w14:textId="77777777" w:rsidR="00BC2B5F" w:rsidRPr="009B5FE1" w:rsidRDefault="00BC2B5F" w:rsidP="00BC2B5F">
      <w:pPr>
        <w:keepLines/>
        <w:spacing w:line="360" w:lineRule="auto"/>
        <w:jc w:val="both"/>
        <w:rPr>
          <w:sz w:val="24"/>
          <w:szCs w:val="24"/>
          <w:lang w:val="pl-PL"/>
        </w:rPr>
      </w:pPr>
      <w:r w:rsidRPr="009B5FE1">
        <w:rPr>
          <w:b/>
          <w:sz w:val="24"/>
          <w:szCs w:val="24"/>
          <w:lang w:val="pl-PL"/>
        </w:rPr>
        <w:t xml:space="preserve">Parafia: </w:t>
      </w:r>
      <w:r w:rsidRPr="009B5FE1">
        <w:rPr>
          <w:sz w:val="24"/>
          <w:szCs w:val="24"/>
          <w:lang w:val="pl-PL"/>
        </w:rPr>
        <w:t>...............................................................................................................................................</w:t>
      </w:r>
    </w:p>
    <w:p w14:paraId="09230ACE" w14:textId="77777777" w:rsidR="00BC2B5F" w:rsidRPr="009B5FE1" w:rsidRDefault="00BC2B5F" w:rsidP="00BC2B5F">
      <w:pPr>
        <w:keepLines/>
        <w:spacing w:line="360" w:lineRule="auto"/>
        <w:jc w:val="both"/>
        <w:rPr>
          <w:sz w:val="24"/>
          <w:szCs w:val="24"/>
          <w:lang w:val="pl-PL"/>
        </w:rPr>
      </w:pPr>
      <w:r w:rsidRPr="009B5FE1">
        <w:rPr>
          <w:b/>
          <w:sz w:val="24"/>
          <w:szCs w:val="24"/>
          <w:lang w:val="pl-PL"/>
        </w:rPr>
        <w:t xml:space="preserve">Miejscowość i data: </w:t>
      </w:r>
      <w:r w:rsidRPr="009B5FE1">
        <w:rPr>
          <w:sz w:val="24"/>
          <w:szCs w:val="24"/>
          <w:lang w:val="pl-PL"/>
        </w:rPr>
        <w:t>.......................................</w:t>
      </w:r>
    </w:p>
    <w:p w14:paraId="206234EA" w14:textId="77777777" w:rsidR="00BC2B5F" w:rsidRPr="009B5FE1" w:rsidRDefault="00BC2B5F" w:rsidP="00BC2B5F">
      <w:pPr>
        <w:spacing w:before="440"/>
        <w:jc w:val="right"/>
        <w:rPr>
          <w:sz w:val="24"/>
          <w:szCs w:val="24"/>
          <w:lang w:val="pl-PL"/>
        </w:rPr>
      </w:pPr>
      <w:r w:rsidRPr="009B5FE1">
        <w:rPr>
          <w:szCs w:val="24"/>
          <w:lang w:val="pl-PL"/>
        </w:rPr>
        <w:t>............................................................</w:t>
      </w:r>
    </w:p>
    <w:p w14:paraId="7294B1B2" w14:textId="77777777" w:rsidR="00BC2B5F" w:rsidRPr="009B5FE1" w:rsidRDefault="00BC2B5F" w:rsidP="00BC2B5F">
      <w:pPr>
        <w:spacing w:after="0"/>
        <w:jc w:val="right"/>
        <w:rPr>
          <w:sz w:val="24"/>
          <w:szCs w:val="24"/>
          <w:lang w:val="pl-PL"/>
        </w:rPr>
      </w:pPr>
      <w:r w:rsidRPr="009B5FE1">
        <w:rPr>
          <w:color w:val="5F5F5F"/>
          <w:sz w:val="20"/>
          <w:szCs w:val="24"/>
          <w:lang w:val="pl-PL"/>
        </w:rPr>
        <w:t>podpis proboszcza i pieczęć parafii</w:t>
      </w:r>
    </w:p>
    <w:p w14:paraId="4FA73F2B" w14:textId="179140F6" w:rsidR="00967D2F" w:rsidRPr="00BC2B5F" w:rsidRDefault="00967D2F" w:rsidP="002B4D06">
      <w:pPr>
        <w:rPr>
          <w:lang w:val="pl-PL"/>
        </w:rPr>
      </w:pPr>
    </w:p>
    <w:sectPr w:rsidR="00967D2F" w:rsidRPr="00BC2B5F" w:rsidSect="00034616">
      <w:footerReference w:type="default" r:id="rId8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641EB" w14:textId="77777777" w:rsidR="00B32084" w:rsidRDefault="00B32084">
      <w:pPr>
        <w:spacing w:after="0" w:line="240" w:lineRule="auto"/>
      </w:pPr>
      <w:r>
        <w:separator/>
      </w:r>
    </w:p>
  </w:endnote>
  <w:endnote w:type="continuationSeparator" w:id="0">
    <w:p w14:paraId="0A7CC414" w14:textId="77777777" w:rsidR="00B32084" w:rsidRDefault="00B3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8BD9" w14:textId="77777777" w:rsidR="00967D2F" w:rsidRPr="002B4D06" w:rsidRDefault="00B32084">
    <w:pPr>
      <w:pStyle w:val="Stopka"/>
      <w:jc w:val="center"/>
      <w:rPr>
        <w:lang w:val="pl-PL"/>
      </w:rPr>
    </w:pPr>
    <w:r w:rsidRPr="002B4D06">
      <w:rPr>
        <w:color w:val="828282"/>
        <w:sz w:val="16"/>
        <w:lang w:val="pl-PL"/>
      </w:rPr>
      <w:t>Wzór roboczy – do zatwierdzenia przed publikacją jako oficjalny formularz.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3B30" w14:textId="77777777" w:rsidR="00B32084" w:rsidRDefault="00B32084">
      <w:pPr>
        <w:spacing w:after="0" w:line="240" w:lineRule="auto"/>
      </w:pPr>
      <w:r>
        <w:separator/>
      </w:r>
    </w:p>
  </w:footnote>
  <w:footnote w:type="continuationSeparator" w:id="0">
    <w:p w14:paraId="3A55EAB3" w14:textId="77777777" w:rsidR="00B32084" w:rsidRDefault="00B32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143808">
    <w:abstractNumId w:val="8"/>
  </w:num>
  <w:num w:numId="2" w16cid:durableId="1557737789">
    <w:abstractNumId w:val="6"/>
  </w:num>
  <w:num w:numId="3" w16cid:durableId="4329093">
    <w:abstractNumId w:val="5"/>
  </w:num>
  <w:num w:numId="4" w16cid:durableId="1914119505">
    <w:abstractNumId w:val="4"/>
  </w:num>
  <w:num w:numId="5" w16cid:durableId="1945576973">
    <w:abstractNumId w:val="7"/>
  </w:num>
  <w:num w:numId="6" w16cid:durableId="74278641">
    <w:abstractNumId w:val="3"/>
  </w:num>
  <w:num w:numId="7" w16cid:durableId="1240943747">
    <w:abstractNumId w:val="2"/>
  </w:num>
  <w:num w:numId="8" w16cid:durableId="1901676014">
    <w:abstractNumId w:val="1"/>
  </w:num>
  <w:num w:numId="9" w16cid:durableId="203680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4D06"/>
    <w:rsid w:val="00326F90"/>
    <w:rsid w:val="00967D2F"/>
    <w:rsid w:val="00AA1D8D"/>
    <w:rsid w:val="00B32084"/>
    <w:rsid w:val="00B47730"/>
    <w:rsid w:val="00B93BB0"/>
    <w:rsid w:val="00BC2B5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6B621E2-8E59-458C-8F8A-B19DF7B23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4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Wieradzka-Pilarczyk</cp:lastModifiedBy>
  <cp:revision>3</cp:revision>
  <dcterms:created xsi:type="dcterms:W3CDTF">2013-12-23T23:15:00Z</dcterms:created>
  <dcterms:modified xsi:type="dcterms:W3CDTF">2026-09-07T10:13:00Z</dcterms:modified>
  <cp:category/>
</cp:coreProperties>
</file>